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מהחלום לשוויון אל שלטון הפחד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הנסיבות שהובילו למהפכה הבולשביקית ואת הקמת ברית המועצות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מאפייני המשטר הטוטליטרי בברית המועצות בתקופת סטלין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מדיניות השלטון הקומוניסטי כלפי היהודים ואת פעילות היבסקציה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לנין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הולאם ועבר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תוכנית כלכלית לחמש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סגרה מוסדות יהודיים ואסרה לימוד דת וציונות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שמש העמים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תאריך הקמת 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הייתה מפלגה אחת בלבד ששלטה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הגדרת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היבסקציה אסרה לימוד דת, עברית וציונות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סטלין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יבסקציה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גולאג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הלאמה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(אידיאולוגיה השואפת לחברה ללא מעמדות וללא רכוש פרטי)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(העברת רכוש פרטי לבעלות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(איחוד כפוי של משקי איכרים לחוות שיתופיות)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(מערכת מחנות עבודת כפייה)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(מחלקות יהודיות שחיסלו דת, עברית וציונות)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על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המהפכה הבולשביקית בראשות לנין (1917)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מלחמת האזרחים ברוסיה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הקמת ברית המועצות (1922)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עליית סטלין לשלטון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תוכנית החומש הראשונה (1928)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פירוק ברית המועצות (1991)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מאפיין ראשון (למשל מפלגה אחת/משטרה חשאית) עם הסבר, מאפיין שני עם הסבר, והצגת מדיניות הדיכוי כלפי היהודים כולל פעילות היבסקציה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בגלל עייפות ממלחמה, רעב ומחסור, והתקווה להבטחה של שוויון וחלוקה הוגנת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פער בין ההבטחה לשוויון לבין משטר דיכוי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תוכנית כלכלית מרכזית לחמש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מחלקות יהודיות שחיסלו דת, עברית וציונות בקרב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עם שני הפוסטרים ולחזור אליהם בסיום כדי להמחיש את הפער בין ההבטחה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משימת ציר הזמן הכפול בזוגות כדי לחזק את הקישור בין האירועים הכלליים לגורל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בשאלת הבגרות כדאי להציג את מחוון הניקוד מראש כדי להנחות את מבנה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מהחלום לשוויון אל שלטון הפחד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זה לומדים כיצד הפך חלום השוויון הקומוניסטי בברית המועצות למשטר טוטליטרי של פחד ושליטה, ומה היה גורלם של היהודים תחת שלטון 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הנהיג את המהפכה הבולשביקית ב-1917?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סטלין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מוסוליני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טרוצקי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לרכוש הפרטי בברית המועצות הקומוניסטית?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הולאם ועבר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חולק שווה בין העשירים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בידי בעליו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נמכר לחוץ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תוכנית חומש?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כלכלית לחמש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מפלגה פוליטית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עשתה היבסקציה?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סגרה מוסדות יהודיים ואסרה לימוד דת וציונות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הקימה בתי ספר עבריים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עזרה לעלייה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בנתה בתי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כיצד תואר סטלין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 העמים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 דמוקרטי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שליח האלוהים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העם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ברית המועצות הוקמה ב-1922 בתום מלחמת האזרחים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בברית המועצות היו כמה מפלגות שהתחרו בבחירות חופשיות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קולקטיביזציה היא איחוד כפוי של משקי האיכרים לחוות שיתופיות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היבסקציה עודדה לימוד עברית וציונות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השליט שהנהיג את ברית המועצות מסוף שנות ה-20 עד מותו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המחלקות היהודיות של המפלגה הקומוניסטית נקראו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מערכת מחנות עבודת הכפייה בברית המועצות 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העברת רכוש פרטי לבעלות המדינה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קומוניזם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איחוד כפוי של משקי איכרים לחוות שיתופיות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הלאמה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מערכת מחנות עבודת כפייה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קולקטיביזציה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העברת רכוש פרטי לבעלות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מחלקות יהודיות שחיסלו דת, עברית וציונות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יבסקציה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אידיאולוגיה השואפת לחברה ללא מעמדות וללא רכוש פרטי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על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החומש הראשונה (1928)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פירוק ברית המועצות (1991)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מלחמת האזרחים ברוסיה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הבולשביקית בראשות לנין (1917)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ברית המועצות (1922)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עליית סטלין לשלטון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שני מאפיינים של המשטר הטוטליטרי בברית המועצות, והציגו את מדיניותו כלפי היהודים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נמשכו רבים ברוסיה לרעיונות הקומוניזם אחרי מלחמת העולם הראשונה?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הבטחת הקומוניזם, ומה קרה בפועל בברית המועצות?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תוכנית חומש?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היבסקציה ומה עשתה ליהודים?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מהחלום לשוויון אל שלטון הפחד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